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שתי דרכים לשלם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הרכבת סכום כסף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 מטבעות ושטרות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ולבדוק סכומי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10+5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להגיע לאותו סכום בכמה צירופים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20+20+5=45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200 הוא שטר ולא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10*4=40, ועוד 5 שווה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אם יש מספיק מטבעות קטנים אפשר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צירוף לסכום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(5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-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20+5, או 10+10+5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לדעת מה אפשר לקנות ולא להוציא יותר ממה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דרכים נכונות עם סכום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עגול, שטר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מדומים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למצוא יותר מדרך אחת לכל 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דגש על חיבור וחיסור פשוטים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שתי דרכים לשלם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כסף. יש מטבעות ושטרות. אפשר לשלם אותו סכום בדרכים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 וקטן, כמו 1 ₪ או 5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מנייר, כמו 20 ₪ או 50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משלמים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שלנו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תמורת דבר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שווה המטבע או השטר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שטר ולא 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10 כדי להגיע ל-30?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ביחד נותן 15?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10+2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10+5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5+5+1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5 כדי להגיע ל-20?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הכי הרבה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45 ₪ רק בדרך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20+20+5 שווה 45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200 ₪ קיים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10+10+10+10+5 שווה 45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סכום בעזרת מטבעות בלבד, בלי שטרות.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לשלם 7 ₪ אפשר להשתמש ב-5 ₪ ועוד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שטר של __________ ₪ גדול יותר משטר של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לשלם 45 ₪ אפשר להשתמש בשטר של 20, שטר של 20 ועוד מטבע של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המטבע הקטן ביותר בתרגיל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לשלם 12 ₪ אפשר 10 ₪ ועוד __________ ₪ ועוד 1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שטר של 100 ₪ שווה לחמישה שטרות של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צירוף לסכום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10+10+10+10+5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20+20+5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5+5+2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50-5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2+2+1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45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-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שונות לשלם 25 ₪ בעזרת מטבעות ושטרות.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לדעת כמה כסף יש לנו לפני קנייה.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דרכים לשלם 30 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מטבעות של 10 ₪ שוות ל-50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שתי דרכים לשלם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