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סכום כסף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ולבדוק סכומי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10+5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להגיע לאותו סכום בכמה צירופים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20+20+5=45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200 הוא שטר ולא מטבע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-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20+5, או 10+10+5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דרכים נכונות עם סכום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עגול, שטר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מדומים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למצוא יותר מדרך אחת לכל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דגש על חיבור וחיסור פשוטים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הקניות לומדים לשלם סכום כסף מסוים בעזרת מטבעות ושטרות שונים, ולגלות שאפשר להגיע לאותו סכום בכמה 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50  ·  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שטרות של 10 ₪ צריך כדי להגיע ל-30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צירוף שווה 15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10+2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10+5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5+5+1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לשלם 45 ₪ רק בדרך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20+20+5 שווה 45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מטבע של 200 ₪ קיים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לשלם 7 ₪ אפשר להשתמש ב-5 ₪ ועוד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שטר של __________ ₪ גדול יותר משטר של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לשלם 45 ₪ אפשר להשתמש בשטר של 20, שטר של 20 ועוד מטבע של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צירוף לסכום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10+10+10+10+5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20+20+5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5+5+2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50-5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45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-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דרכים שונות לשלם 25 ₪ בעזרת מטבעות ושטרות.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דרכים לשלם 30 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שתי דרכים לשלם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